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JCH Investments - 付款凭证</w:t>
      </w:r>
    </w:p>
    <w:p>
      <w:r>
        <w:t>公司：JCH Investments</w:t>
      </w:r>
    </w:p>
    <w:p>
      <w:r>
        <w:t>项目：CAASD 水表项目</w:t>
      </w:r>
    </w:p>
    <w:p>
      <w:r>
        <w:t>申请人：Melanie Duarte</w:t>
      </w:r>
    </w:p>
    <w:p/>
    <w:p>
      <w:pPr>
        <w:pStyle w:val="Heading1"/>
      </w:pPr>
      <w:r>
        <w:t>受益人信息</w:t>
      </w:r>
    </w:p>
    <w:p>
      <w:r>
        <w:t>受益人：Servicios Múltiples JIMAGU</w:t>
      </w:r>
    </w:p>
    <w:p>
      <w:r>
        <w:t>RNC：132416643</w:t>
      </w:r>
    </w:p>
    <w:p>
      <w:r>
        <w:t>邮箱：jreyfigaris@gmail.com</w:t>
      </w:r>
    </w:p>
    <w:p>
      <w:r>
        <w:t>银行账号：0835519737</w:t>
      </w:r>
    </w:p>
    <w:p>
      <w:r>
        <w:t>银行：Banco Popular</w:t>
      </w:r>
    </w:p>
    <w:p>
      <w:r>
        <w:t>账户类型：储蓄账户</w:t>
      </w:r>
    </w:p>
    <w:p/>
    <w:p>
      <w:pPr>
        <w:pStyle w:val="Heading1"/>
      </w:pPr>
      <w:r>
        <w:t>付款详情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付款日期</w:t>
            </w:r>
          </w:p>
        </w:tc>
        <w:tc>
          <w:tcPr>
            <w:tcW w:type="dxa" w:w="4320"/>
          </w:tcPr>
          <w:p>
            <w:r>
              <w:t>2025年1月7日</w:t>
            </w:r>
          </w:p>
        </w:tc>
      </w:tr>
      <w:tr>
        <w:tc>
          <w:tcPr>
            <w:tcW w:type="dxa" w:w="4320"/>
          </w:tcPr>
          <w:p>
            <w:r>
              <w:t>付款金额</w:t>
            </w:r>
          </w:p>
        </w:tc>
        <w:tc>
          <w:tcPr>
            <w:tcW w:type="dxa" w:w="4320"/>
          </w:tcPr>
          <w:p>
            <w:r>
              <w:t>RD$ 786,399.67</w:t>
            </w:r>
          </w:p>
        </w:tc>
      </w:tr>
      <w:tr>
        <w:tc>
          <w:tcPr>
            <w:tcW w:type="dxa" w:w="4320"/>
          </w:tcPr>
          <w:p>
            <w:r>
              <w:t>付款方式</w:t>
            </w:r>
          </w:p>
        </w:tc>
        <w:tc>
          <w:tcPr>
            <w:tcW w:type="dxa" w:w="4320"/>
          </w:tcPr>
          <w:p>
            <w:r>
              <w:t>转账</w:t>
            </w:r>
          </w:p>
        </w:tc>
      </w:tr>
      <w:tr>
        <w:tc>
          <w:tcPr>
            <w:tcW w:type="dxa" w:w="4320"/>
          </w:tcPr>
          <w:p>
            <w:r>
              <w:t>币种</w:t>
            </w:r>
          </w:p>
        </w:tc>
        <w:tc>
          <w:tcPr>
            <w:tcW w:type="dxa" w:w="4320"/>
          </w:tcPr>
          <w:p>
            <w:r>
              <w:t>本币（比索）</w:t>
            </w:r>
          </w:p>
        </w:tc>
      </w:tr>
      <w:tr>
        <w:tc>
          <w:tcPr>
            <w:tcW w:type="dxa" w:w="4320"/>
          </w:tcPr>
          <w:p>
            <w:r>
              <w:t>状态</w:t>
            </w:r>
          </w:p>
        </w:tc>
        <w:tc>
          <w:tcPr>
            <w:tcW w:type="dxa" w:w="4320"/>
          </w:tcPr>
          <w:p>
            <w:r>
              <w:t>已处理</w:t>
            </w:r>
          </w:p>
        </w:tc>
      </w:tr>
    </w:tbl>
    <w:p/>
    <w:p>
      <w:pPr>
        <w:pStyle w:val="Heading1"/>
      </w:pPr>
      <w:r>
        <w:t>发票信息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发票号</w:t>
            </w:r>
          </w:p>
        </w:tc>
        <w:tc>
          <w:tcPr>
            <w:tcW w:type="dxa" w:w="2880"/>
          </w:tcPr>
          <w:p>
            <w:r>
              <w:t>日期</w:t>
            </w:r>
          </w:p>
        </w:tc>
        <w:tc>
          <w:tcPr>
            <w:tcW w:type="dxa" w:w="2880"/>
          </w:tcPr>
          <w:p>
            <w:r>
              <w:t>客户</w:t>
            </w:r>
          </w:p>
        </w:tc>
      </w:tr>
      <w:tr>
        <w:tc>
          <w:tcPr>
            <w:tcW w:type="dxa" w:w="2880"/>
          </w:tcPr>
          <w:p>
            <w:r>
              <w:t>B0100000081</w:t>
            </w:r>
          </w:p>
        </w:tc>
        <w:tc>
          <w:tcPr>
            <w:tcW w:type="dxa" w:w="2880"/>
          </w:tcPr>
          <w:p>
            <w:r>
              <w:t>2024年6月26日</w:t>
            </w:r>
          </w:p>
        </w:tc>
        <w:tc>
          <w:tcPr>
            <w:tcW w:type="dxa" w:w="2880"/>
          </w:tcPr>
          <w:p>
            <w:r>
              <w:t>Jimagu</w:t>
            </w:r>
          </w:p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</w:tbl>
    <w:p/>
    <w:p>
      <w:pPr>
        <w:pStyle w:val="Heading1"/>
      </w:pPr>
      <w:r>
        <w:t>明细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t>项目</w:t>
            </w:r>
          </w:p>
        </w:tc>
        <w:tc>
          <w:tcPr>
            <w:tcW w:type="dxa" w:w="1728"/>
          </w:tcPr>
          <w:p>
            <w:r>
              <w:t>描述</w:t>
            </w:r>
          </w:p>
        </w:tc>
        <w:tc>
          <w:tcPr>
            <w:tcW w:type="dxa" w:w="1728"/>
          </w:tcPr>
          <w:p>
            <w:r>
              <w:t>单价</w:t>
            </w:r>
          </w:p>
        </w:tc>
        <w:tc>
          <w:tcPr>
            <w:tcW w:type="dxa" w:w="1728"/>
          </w:tcPr>
          <w:p>
            <w:r>
              <w:t>数量</w:t>
            </w:r>
          </w:p>
        </w:tc>
        <w:tc>
          <w:tcPr>
            <w:tcW w:type="dxa" w:w="1728"/>
          </w:tcPr>
          <w:p>
            <w:r>
              <w:t>总计</w:t>
            </w:r>
          </w:p>
        </w:tc>
      </w:tr>
      <w:tr>
        <w:tc>
          <w:tcPr>
            <w:tcW w:type="dxa" w:w="1728"/>
          </w:tcPr>
          <w:p>
            <w:r>
              <w:t>001</w:t>
            </w:r>
          </w:p>
        </w:tc>
        <w:tc>
          <w:tcPr>
            <w:tcW w:type="dxa" w:w="1728"/>
          </w:tcPr>
          <w:p>
            <w:r>
              <w:t>更换 20mm (3/4") 水表</w:t>
            </w:r>
          </w:p>
        </w:tc>
        <w:tc>
          <w:tcPr>
            <w:tcW w:type="dxa" w:w="1728"/>
          </w:tcPr>
          <w:p>
            <w:r>
              <w:t>RD$ 2,432.40</w:t>
            </w:r>
          </w:p>
        </w:tc>
        <w:tc>
          <w:tcPr>
            <w:tcW w:type="dxa" w:w="1728"/>
          </w:tcPr>
          <w:p>
            <w:r>
              <w:t>263</w:t>
            </w:r>
          </w:p>
        </w:tc>
        <w:tc>
          <w:tcPr>
            <w:tcW w:type="dxa" w:w="1728"/>
          </w:tcPr>
          <w:p>
            <w:r>
              <w:t>RD$ 639,721.20</w:t>
            </w:r>
          </w:p>
        </w:tc>
      </w:tr>
      <w:tr>
        <w:tc>
          <w:tcPr>
            <w:tcW w:type="dxa" w:w="1728"/>
          </w:tcPr>
          <w:p>
            <w:r>
              <w:t>002</w:t>
            </w:r>
          </w:p>
        </w:tc>
        <w:tc>
          <w:tcPr>
            <w:tcW w:type="dxa" w:w="1728"/>
          </w:tcPr>
          <w:p>
            <w:r>
              <w:t>更换 25mm (1") 水表</w:t>
            </w:r>
          </w:p>
        </w:tc>
        <w:tc>
          <w:tcPr>
            <w:tcW w:type="dxa" w:w="1728"/>
          </w:tcPr>
          <w:p>
            <w:r>
              <w:t>RD$ 2,968.80</w:t>
            </w:r>
          </w:p>
        </w:tc>
        <w:tc>
          <w:tcPr>
            <w:tcW w:type="dxa" w:w="1728"/>
          </w:tcPr>
          <w:p>
            <w:r>
              <w:t>9</w:t>
            </w:r>
          </w:p>
        </w:tc>
        <w:tc>
          <w:tcPr>
            <w:tcW w:type="dxa" w:w="1728"/>
          </w:tcPr>
          <w:p>
            <w:r>
              <w:t>RD$ 26,719.20</w:t>
            </w:r>
          </w:p>
        </w:tc>
      </w:tr>
    </w:tbl>
    <w:p/>
    <w:p>
      <w:pPr>
        <w:pStyle w:val="Heading1"/>
      </w:pPr>
      <w:r>
        <w:t>汇总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小计</w:t>
            </w:r>
          </w:p>
        </w:tc>
        <w:tc>
          <w:tcPr>
            <w:tcW w:type="dxa" w:w="4320"/>
          </w:tcPr>
          <w:p>
            <w:r>
              <w:t>RD$ 666,440.40</w:t>
            </w:r>
          </w:p>
        </w:tc>
      </w:tr>
      <w:tr>
        <w:tc>
          <w:tcPr>
            <w:tcW w:type="dxa" w:w="4320"/>
          </w:tcPr>
          <w:p>
            <w:r>
              <w:t>ITBIS (18%)</w:t>
            </w:r>
          </w:p>
        </w:tc>
        <w:tc>
          <w:tcPr>
            <w:tcW w:type="dxa" w:w="4320"/>
          </w:tcPr>
          <w:p>
            <w:r>
              <w:t>RD$ 119,959.27</w:t>
            </w:r>
          </w:p>
        </w:tc>
      </w:tr>
      <w:tr>
        <w:tc>
          <w:tcPr>
            <w:tcW w:type="dxa" w:w="4320"/>
          </w:tcPr>
          <w:p>
            <w:r>
              <w:t>总计</w:t>
            </w:r>
          </w:p>
        </w:tc>
        <w:tc>
          <w:tcPr>
            <w:tcW w:type="dxa" w:w="4320"/>
          </w:tcPr>
          <w:p>
            <w:r>
              <w:t>RD$ 786,399.67</w:t>
            </w:r>
          </w:p>
        </w:tc>
      </w:tr>
      <w:tr>
        <w:tc>
          <w:tcPr>
            <w:tcW w:type="dxa" w:w="4320"/>
          </w:tcPr>
          <w:p>
            <w:r>
              <w:t>状态</w:t>
            </w:r>
          </w:p>
        </w:tc>
        <w:tc>
          <w:tcPr>
            <w:tcW w:type="dxa" w:w="4320"/>
          </w:tcPr>
          <w:p>
            <w:r>
              <w:t>已处理</w:t>
            </w:r>
          </w:p>
        </w:tc>
      </w:tr>
    </w:tbl>
    <w:p/>
    <w:p>
      <w:pPr>
        <w:pStyle w:val="Heading1"/>
      </w:pPr>
      <w:r>
        <w:t>交易详情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交易类型</w:t>
            </w:r>
          </w:p>
        </w:tc>
        <w:tc>
          <w:tcPr>
            <w:tcW w:type="dxa" w:w="4320"/>
          </w:tcPr>
          <w:p>
            <w:r>
              <w:t>付款</w:t>
            </w:r>
          </w:p>
        </w:tc>
      </w:tr>
      <w:tr>
        <w:tc>
          <w:tcPr>
            <w:tcW w:type="dxa" w:w="4320"/>
          </w:tcPr>
          <w:p>
            <w:r>
              <w:t>机构</w:t>
            </w:r>
          </w:p>
        </w:tc>
        <w:tc>
          <w:tcPr>
            <w:tcW w:type="dxa" w:w="4320"/>
          </w:tcPr>
          <w:p>
            <w:r>
              <w:t>CONSORCIO JCH INVESTMENTS (RNC-1325528)</w:t>
            </w:r>
          </w:p>
        </w:tc>
      </w:tr>
      <w:tr>
        <w:tc>
          <w:tcPr>
            <w:tcW w:type="dxa" w:w="4320"/>
          </w:tcPr>
          <w:p>
            <w:r>
              <w:t>付款银行</w:t>
            </w:r>
          </w:p>
        </w:tc>
        <w:tc>
          <w:tcPr>
            <w:tcW w:type="dxa" w:w="4320"/>
          </w:tcPr>
          <w:p>
            <w:r>
              <w:t>BCRD</w:t>
            </w:r>
          </w:p>
        </w:tc>
      </w:tr>
      <w:tr>
        <w:tc>
          <w:tcPr>
            <w:tcW w:type="dxa" w:w="4320"/>
          </w:tcPr>
          <w:p>
            <w:r>
              <w:t>账户</w:t>
            </w:r>
          </w:p>
        </w:tc>
        <w:tc>
          <w:tcPr>
            <w:tcW w:type="dxa" w:w="4320"/>
          </w:tcPr>
          <w:p>
            <w:r>
              <w:t>513 活期账户</w:t>
            </w:r>
          </w:p>
        </w:tc>
      </w:tr>
      <w:tr>
        <w:tc>
          <w:tcPr>
            <w:tcW w:type="dxa" w:w="4320"/>
          </w:tcPr>
          <w:p>
            <w:r>
              <w:t>生效日期</w:t>
            </w:r>
          </w:p>
        </w:tc>
        <w:tc>
          <w:tcPr>
            <w:tcW w:type="dxa" w:w="4320"/>
          </w:tcPr>
          <w:p>
            <w:r>
              <w:t>2025年1月9日</w:t>
            </w:r>
          </w:p>
        </w:tc>
      </w:tr>
      <w:tr>
        <w:tc>
          <w:tcPr>
            <w:tcW w:type="dxa" w:w="4320"/>
          </w:tcPr>
          <w:p>
            <w:r>
              <w:t>状态</w:t>
            </w:r>
          </w:p>
        </w:tc>
        <w:tc>
          <w:tcPr>
            <w:tcW w:type="dxa" w:w="4320"/>
          </w:tcPr>
          <w:p>
            <w:r>
              <w:t>已处理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